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2457" w14:textId="5E466742" w:rsidR="2D6C046E" w:rsidRDefault="2D6C046E" w:rsidP="2D6C046E">
      <w:pPr>
        <w:spacing w:after="140" w:line="360" w:lineRule="auto"/>
        <w:rPr>
          <w:rFonts w:asciiTheme="majorHAnsi" w:eastAsiaTheme="majorEastAsia" w:hAnsiTheme="majorHAnsi" w:cstheme="maj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ABD5D73" wp14:editId="2139B4E7">
            <wp:simplePos x="0" y="0"/>
            <wp:positionH relativeFrom="column">
              <wp:posOffset>5010150</wp:posOffset>
            </wp:positionH>
            <wp:positionV relativeFrom="paragraph">
              <wp:posOffset>-47625</wp:posOffset>
            </wp:positionV>
            <wp:extent cx="638950" cy="638950"/>
            <wp:effectExtent l="0" t="0" r="0" b="0"/>
            <wp:wrapNone/>
            <wp:docPr id="12287721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0308" name="Picture 100557030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50" cy="63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5ABCC89">
        <w:rPr>
          <w:noProof/>
        </w:rPr>
        <w:drawing>
          <wp:anchor distT="0" distB="0" distL="114300" distR="114300" simplePos="0" relativeHeight="251658752" behindDoc="0" locked="0" layoutInCell="1" allowOverlap="1" wp14:anchorId="73D473C4" wp14:editId="53904A7D">
            <wp:simplePos x="0" y="0"/>
            <wp:positionH relativeFrom="column">
              <wp:posOffset>5886450</wp:posOffset>
            </wp:positionH>
            <wp:positionV relativeFrom="paragraph">
              <wp:posOffset>57150</wp:posOffset>
            </wp:positionV>
            <wp:extent cx="578566" cy="578566"/>
            <wp:effectExtent l="0" t="0" r="0" b="0"/>
            <wp:wrapNone/>
            <wp:docPr id="1845014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566" cy="578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24EAF9" w14:textId="3024A2D4" w:rsidR="516B380E" w:rsidRDefault="516B380E" w:rsidP="15ABCC89">
      <w:pPr>
        <w:rPr>
          <w:b/>
          <w:bCs/>
          <w:color w:val="17365D" w:themeColor="text2" w:themeShade="BF"/>
          <w:sz w:val="32"/>
          <w:szCs w:val="32"/>
        </w:rPr>
      </w:pPr>
      <w:r w:rsidRPr="15ABCC89">
        <w:rPr>
          <w:b/>
          <w:bCs/>
          <w:color w:val="17365D" w:themeColor="text2" w:themeShade="BF"/>
          <w:sz w:val="32"/>
          <w:szCs w:val="32"/>
        </w:rPr>
        <w:t>Many Languages, One Leeds</w:t>
      </w:r>
    </w:p>
    <w:p w14:paraId="6903A52E" w14:textId="6B60B8C1" w:rsidR="516B380E" w:rsidRDefault="516B380E" w:rsidP="15ABCC89">
      <w:pPr>
        <w:spacing w:before="60" w:after="80"/>
        <w:rPr>
          <w:b/>
          <w:bCs/>
          <w:i/>
          <w:iCs/>
          <w:color w:val="17365D" w:themeColor="text2" w:themeShade="BF"/>
          <w:sz w:val="32"/>
          <w:szCs w:val="32"/>
        </w:rPr>
      </w:pPr>
      <w:r w:rsidRPr="15ABCC89">
        <w:rPr>
          <w:b/>
          <w:bCs/>
          <w:i/>
          <w:iCs/>
          <w:color w:val="17365D" w:themeColor="text2" w:themeShade="BF"/>
          <w:sz w:val="32"/>
          <w:szCs w:val="32"/>
        </w:rPr>
        <w:t>170 languages. One city. Thousands of voices.</w:t>
      </w:r>
    </w:p>
    <w:p w14:paraId="60E3C17F" w14:textId="468498B5" w:rsidR="2D6C046E" w:rsidRDefault="2D6C046E" w:rsidP="2D6C046E">
      <w:pPr>
        <w:rPr>
          <w:b/>
          <w:bCs/>
          <w:color w:val="17365D" w:themeColor="text2" w:themeShade="BF"/>
          <w:sz w:val="30"/>
          <w:szCs w:val="30"/>
        </w:rPr>
      </w:pPr>
    </w:p>
    <w:p w14:paraId="4CA01EE4" w14:textId="2CC8C6EF" w:rsidR="516B380E" w:rsidRDefault="516B380E" w:rsidP="2D6C046E">
      <w:pPr>
        <w:spacing w:after="140" w:line="360" w:lineRule="auto"/>
        <w:rPr>
          <w:b/>
          <w:bCs/>
          <w:sz w:val="30"/>
          <w:szCs w:val="30"/>
        </w:rPr>
      </w:pPr>
      <w:r w:rsidRPr="2D6C046E">
        <w:rPr>
          <w:b/>
          <w:bCs/>
          <w:color w:val="17365D" w:themeColor="text2" w:themeShade="BF"/>
          <w:sz w:val="30"/>
          <w:szCs w:val="30"/>
        </w:rPr>
        <w:t xml:space="preserve">Project Registration Form  </w:t>
      </w:r>
      <w:r w:rsidRPr="2D6C046E">
        <w:rPr>
          <w:b/>
          <w:bCs/>
          <w:sz w:val="30"/>
          <w:szCs w:val="30"/>
        </w:rPr>
        <w:t xml:space="preserve">  </w:t>
      </w:r>
    </w:p>
    <w:p w14:paraId="772D09E7" w14:textId="77777777" w:rsidR="002D6E23" w:rsidRDefault="2D6C046E" w:rsidP="2D6C046E">
      <w:pPr>
        <w:spacing w:after="140" w:line="360" w:lineRule="auto"/>
        <w:rPr>
          <w:rFonts w:asciiTheme="majorHAnsi" w:eastAsiaTheme="majorEastAsia" w:hAnsiTheme="majorHAnsi" w:cstheme="majorBidi"/>
          <w:sz w:val="24"/>
          <w:szCs w:val="24"/>
        </w:rPr>
      </w:pPr>
      <w:r w:rsidRPr="2D6C046E">
        <w:rPr>
          <w:rFonts w:asciiTheme="majorHAnsi" w:eastAsiaTheme="majorEastAsia" w:hAnsiTheme="majorHAnsi" w:cstheme="majorBidi"/>
          <w:sz w:val="24"/>
          <w:szCs w:val="24"/>
        </w:rPr>
        <w:t xml:space="preserve">Schools, settings and youth groups wishing to take part should complete this form and return it to </w:t>
      </w:r>
      <w:r w:rsidRPr="2D6C046E">
        <w:rPr>
          <w:rFonts w:asciiTheme="majorHAnsi" w:eastAsiaTheme="majorEastAsia" w:hAnsiTheme="majorHAnsi" w:cstheme="majorBidi"/>
          <w:b/>
          <w:bCs/>
          <w:sz w:val="24"/>
          <w:szCs w:val="24"/>
        </w:rPr>
        <w:t>leedscityoflanguages@leeds.ac.uk</w:t>
      </w:r>
      <w:r w:rsidRPr="2D6C046E">
        <w:rPr>
          <w:rFonts w:asciiTheme="majorHAnsi" w:eastAsiaTheme="majorEastAsia" w:hAnsiTheme="majorHAnsi" w:cstheme="majorBidi"/>
          <w:sz w:val="24"/>
          <w:szCs w:val="24"/>
        </w:rPr>
        <w:t>. Once registered, we will confirm arrangements for receiving your cardboard tiles and returning completed artwork.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2"/>
        <w:gridCol w:w="5832"/>
      </w:tblGrid>
      <w:tr w:rsidR="002D6E23" w14:paraId="3DB2EE05" w14:textId="77777777" w:rsidTr="26D30308">
        <w:trPr>
          <w:cantSplit/>
          <w:trHeight w:val="60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521D85" w14:textId="44C61C52" w:rsidR="002D6E23" w:rsidRDefault="27CE1C99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6D30308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Name of school / </w:t>
            </w:r>
            <w:r w:rsidR="2DAC1A5B" w:rsidRPr="26D30308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setting </w:t>
            </w:r>
            <w:r w:rsidR="2E682699" w:rsidRPr="26D30308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/ group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D6B04F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50AB2681" w14:textId="77777777" w:rsidTr="26D30308">
        <w:trPr>
          <w:cantSplit/>
          <w:trHeight w:val="50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42044D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Lead contact name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6959E7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76454D5D" w14:textId="77777777" w:rsidTr="26D30308">
        <w:trPr>
          <w:cantSplit/>
          <w:trHeight w:val="70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B09F1F" w14:textId="6FC53E7C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Email and telephone number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0C5B58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5AC18F46" w14:textId="77777777" w:rsidTr="26D30308">
        <w:trPr>
          <w:cantSplit/>
          <w:trHeight w:val="76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25B585" w14:textId="1FAE2CEC" w:rsidR="002D6E23" w:rsidRDefault="477EC2E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A</w:t>
            </w:r>
            <w:r w:rsidR="6FB527C8"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ddress</w:t>
            </w:r>
            <w:r w:rsidR="43E0AAC8"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 (for tiles to be sent)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F40E89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7E6D8C2E" w14:textId="77777777" w:rsidTr="26D30308">
        <w:trPr>
          <w:cantSplit/>
          <w:trHeight w:val="52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532C73" w14:textId="73A23B4A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Website or social media</w:t>
            </w:r>
            <w:r w:rsidR="5296C036"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 of the setting</w:t>
            </w: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 (optional)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8DEACE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29706253" w14:textId="77777777" w:rsidTr="26D30308">
        <w:trPr>
          <w:cantSplit/>
          <w:trHeight w:val="52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6E6328" w14:textId="501850A3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6D30308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Age </w:t>
            </w:r>
            <w:r w:rsidR="1A12C3DB" w:rsidRPr="26D30308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or</w:t>
            </w:r>
            <w:r w:rsidRPr="26D30308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 year group(s) taking part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AC6FC9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110183DA" w14:textId="77777777" w:rsidTr="26D30308">
        <w:trPr>
          <w:cantSplit/>
          <w:trHeight w:val="52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558BD4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Approximate number of young people taking part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6A6281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50671A89" w14:textId="77777777" w:rsidTr="26D30308">
        <w:trPr>
          <w:cantSplit/>
          <w:trHeight w:val="52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EF67BA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Number of cardboard tiles required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876B09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6FA0D1A4" w14:textId="77777777" w:rsidTr="26D30308">
        <w:trPr>
          <w:cantSplit/>
          <w:trHeight w:val="90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4E8991" w14:textId="0841E424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Languages represented or </w:t>
            </w:r>
            <w:proofErr w:type="gramStart"/>
            <w:r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likely</w:t>
            </w:r>
            <w:proofErr w:type="gramEnd"/>
            <w:r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 to be represented</w:t>
            </w:r>
            <w:r w:rsidR="1574F3CD"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. </w:t>
            </w:r>
            <w:r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An approximate list is fine at </w:t>
            </w:r>
            <w:bookmarkStart w:id="0" w:name="_Int_J5gTMTeJ"/>
            <w:r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registration</w:t>
            </w:r>
            <w:bookmarkEnd w:id="0"/>
            <w:r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 xml:space="preserve"> stage</w:t>
            </w:r>
            <w:r w:rsidR="2D06B321" w:rsidRPr="214334F4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146664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2D6E23" w14:paraId="08799184" w14:textId="77777777" w:rsidTr="26D30308">
        <w:trPr>
          <w:cantSplit/>
          <w:trHeight w:val="740"/>
          <w:jc w:val="center"/>
        </w:trPr>
        <w:tc>
          <w:tcPr>
            <w:tcW w:w="4392" w:type="dxa"/>
            <w:shd w:val="clear" w:color="auto" w:fill="F2F2F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F89D8C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  <w:t>Any access, delivery or practical requirements we should know about?</w:t>
            </w:r>
          </w:p>
        </w:tc>
        <w:tc>
          <w:tcPr>
            <w:tcW w:w="583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B68B9CD" w14:textId="77777777" w:rsidR="002D6E23" w:rsidRDefault="2D6C046E" w:rsidP="2D6C046E">
            <w:pPr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2D6C046E">
              <w:rPr>
                <w:rFonts w:asciiTheme="majorHAnsi" w:eastAsiaTheme="majorEastAsia" w:hAnsiTheme="majorHAnsi" w:cstheme="majorBidi"/>
                <w:sz w:val="24"/>
                <w:szCs w:val="24"/>
              </w:rPr>
              <w:t xml:space="preserve"> </w:t>
            </w:r>
          </w:p>
        </w:tc>
      </w:tr>
    </w:tbl>
    <w:p w14:paraId="06B5261A" w14:textId="7C00B7E5" w:rsidR="2D6C046E" w:rsidRDefault="2D6C046E" w:rsidP="2D6C046E">
      <w:pPr>
        <w:spacing w:before="60" w:after="0" w:line="360" w:lineRule="auto"/>
        <w:rPr>
          <w:b/>
          <w:bCs/>
          <w:sz w:val="24"/>
          <w:szCs w:val="24"/>
        </w:rPr>
      </w:pPr>
    </w:p>
    <w:p w14:paraId="229C5A86" w14:textId="45B58AA1" w:rsidR="002D6E23" w:rsidRDefault="6FB527C8" w:rsidP="2D6C046E">
      <w:pPr>
        <w:spacing w:before="60" w:after="0" w:line="360" w:lineRule="auto"/>
        <w:rPr>
          <w:sz w:val="24"/>
          <w:szCs w:val="24"/>
        </w:rPr>
      </w:pPr>
      <w:r w:rsidRPr="214334F4">
        <w:rPr>
          <w:b/>
          <w:bCs/>
          <w:sz w:val="24"/>
          <w:szCs w:val="24"/>
        </w:rPr>
        <w:t>Return this registration form to:</w:t>
      </w:r>
      <w:r w:rsidRPr="214334F4">
        <w:rPr>
          <w:sz w:val="24"/>
          <w:szCs w:val="24"/>
        </w:rPr>
        <w:t xml:space="preserve"> leedscityoflanguages@leeds.ac.uk   </w:t>
      </w:r>
    </w:p>
    <w:p w14:paraId="6B05E1AD" w14:textId="78DDB5EB" w:rsidR="002D6E23" w:rsidRDefault="6FB527C8" w:rsidP="2D6C046E">
      <w:pPr>
        <w:spacing w:before="60" w:after="0" w:line="360" w:lineRule="auto"/>
        <w:rPr>
          <w:sz w:val="24"/>
          <w:szCs w:val="24"/>
          <w:highlight w:val="yellow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D7AA28A" wp14:editId="0DD18496">
            <wp:simplePos x="0" y="0"/>
            <wp:positionH relativeFrom="column">
              <wp:posOffset>5177155</wp:posOffset>
            </wp:positionH>
            <wp:positionV relativeFrom="paragraph">
              <wp:posOffset>47625</wp:posOffset>
            </wp:positionV>
            <wp:extent cx="1288078" cy="717698"/>
            <wp:effectExtent l="0" t="0" r="0" b="0"/>
            <wp:wrapNone/>
            <wp:docPr id="7522282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228271" name="Picture 75222827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078" cy="717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14334F4">
        <w:rPr>
          <w:b/>
          <w:bCs/>
          <w:sz w:val="24"/>
          <w:szCs w:val="24"/>
        </w:rPr>
        <w:t xml:space="preserve">Registration deadline: </w:t>
      </w:r>
      <w:r w:rsidR="3071FE6E" w:rsidRPr="214334F4">
        <w:rPr>
          <w:sz w:val="24"/>
          <w:szCs w:val="24"/>
        </w:rPr>
        <w:t>19</w:t>
      </w:r>
      <w:r w:rsidR="3071FE6E" w:rsidRPr="214334F4">
        <w:rPr>
          <w:sz w:val="24"/>
          <w:szCs w:val="24"/>
          <w:vertAlign w:val="superscript"/>
        </w:rPr>
        <w:t>th</w:t>
      </w:r>
      <w:r w:rsidR="3071FE6E" w:rsidRPr="214334F4">
        <w:rPr>
          <w:sz w:val="24"/>
          <w:szCs w:val="24"/>
        </w:rPr>
        <w:t xml:space="preserve"> October 2026</w:t>
      </w:r>
    </w:p>
    <w:p w14:paraId="76FDA445" w14:textId="1B02B6B7" w:rsidR="453FD3A2" w:rsidRDefault="453FD3A2" w:rsidP="00A3235A">
      <w:pPr>
        <w:spacing w:before="60" w:after="0"/>
      </w:pPr>
    </w:p>
    <w:sectPr w:rsidR="453FD3A2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MHVpCekWCCwT+" int2:id="uW56Xfng">
      <int2:state int2:value="Rejected" int2:type="style"/>
    </int2:textHash>
    <int2:textHash int2:hashCode="m/C6mGJeQTWOW1" int2:id="4P3vy6u6">
      <int2:state int2:value="Rejected" int2:type="spell"/>
    </int2:textHash>
    <int2:bookmark int2:bookmarkName="_Int_J5gTMTeJ" int2:invalidationBookmarkName="" int2:hashCode="Ww32qLmpbBGv50" int2:id="P0EWYjkX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4612">
    <w:abstractNumId w:val="8"/>
  </w:num>
  <w:num w:numId="2" w16cid:durableId="900139405">
    <w:abstractNumId w:val="6"/>
  </w:num>
  <w:num w:numId="3" w16cid:durableId="1780055113">
    <w:abstractNumId w:val="5"/>
  </w:num>
  <w:num w:numId="4" w16cid:durableId="505948028">
    <w:abstractNumId w:val="4"/>
  </w:num>
  <w:num w:numId="5" w16cid:durableId="420877482">
    <w:abstractNumId w:val="7"/>
  </w:num>
  <w:num w:numId="6" w16cid:durableId="1748379894">
    <w:abstractNumId w:val="3"/>
  </w:num>
  <w:num w:numId="7" w16cid:durableId="1873764944">
    <w:abstractNumId w:val="2"/>
  </w:num>
  <w:num w:numId="8" w16cid:durableId="1824421347">
    <w:abstractNumId w:val="1"/>
  </w:num>
  <w:num w:numId="9" w16cid:durableId="200835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6E23"/>
    <w:rsid w:val="00326F90"/>
    <w:rsid w:val="006C6779"/>
    <w:rsid w:val="00A3235A"/>
    <w:rsid w:val="00AA1D8D"/>
    <w:rsid w:val="00B47730"/>
    <w:rsid w:val="00CB0664"/>
    <w:rsid w:val="00FC693F"/>
    <w:rsid w:val="01EFF2E7"/>
    <w:rsid w:val="030A59E6"/>
    <w:rsid w:val="0376DC8A"/>
    <w:rsid w:val="0F34AD35"/>
    <w:rsid w:val="10B6C056"/>
    <w:rsid w:val="10C7A7F3"/>
    <w:rsid w:val="1574F3CD"/>
    <w:rsid w:val="15ABCC89"/>
    <w:rsid w:val="18199C00"/>
    <w:rsid w:val="186861DF"/>
    <w:rsid w:val="1A12C3DB"/>
    <w:rsid w:val="1DD9CB1D"/>
    <w:rsid w:val="2111F371"/>
    <w:rsid w:val="214334F4"/>
    <w:rsid w:val="25A91057"/>
    <w:rsid w:val="26D30308"/>
    <w:rsid w:val="27CE1C99"/>
    <w:rsid w:val="2BA34A80"/>
    <w:rsid w:val="2C985FCA"/>
    <w:rsid w:val="2D06B321"/>
    <w:rsid w:val="2D6C046E"/>
    <w:rsid w:val="2DAC1A5B"/>
    <w:rsid w:val="2E682699"/>
    <w:rsid w:val="2E76F90E"/>
    <w:rsid w:val="3071FE6E"/>
    <w:rsid w:val="315B535E"/>
    <w:rsid w:val="3513ED3B"/>
    <w:rsid w:val="385B9BF7"/>
    <w:rsid w:val="39D486EB"/>
    <w:rsid w:val="3A0DE9B7"/>
    <w:rsid w:val="3CF5FEA3"/>
    <w:rsid w:val="3CFCAA64"/>
    <w:rsid w:val="3D6A8D4A"/>
    <w:rsid w:val="42FF2905"/>
    <w:rsid w:val="43E0AAC8"/>
    <w:rsid w:val="453FD3A2"/>
    <w:rsid w:val="45EE50CA"/>
    <w:rsid w:val="477EC2EE"/>
    <w:rsid w:val="480F60EF"/>
    <w:rsid w:val="4C223AB0"/>
    <w:rsid w:val="516B380E"/>
    <w:rsid w:val="526C11FA"/>
    <w:rsid w:val="5296C036"/>
    <w:rsid w:val="5515269E"/>
    <w:rsid w:val="5C1BAA1D"/>
    <w:rsid w:val="5D4D537A"/>
    <w:rsid w:val="5DC19F67"/>
    <w:rsid w:val="68505309"/>
    <w:rsid w:val="6E536090"/>
    <w:rsid w:val="6FB527C8"/>
    <w:rsid w:val="70984107"/>
    <w:rsid w:val="717BCBD6"/>
    <w:rsid w:val="72B9522B"/>
    <w:rsid w:val="76B6BBF7"/>
    <w:rsid w:val="7A7E4EB5"/>
    <w:rsid w:val="7B95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98AB962-9399-4C96-B367-908A32D5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Leeds 400 language tile project registration 2026</dc:title>
  <dc:subject>Registration form for schools and youth groups</dc:subject>
  <dc:creator>python-docx</dc:creator>
  <cp:keywords/>
  <dc:description>generated by python-docx</dc:description>
  <cp:lastModifiedBy>Sofia Martinho</cp:lastModifiedBy>
  <cp:revision>2</cp:revision>
  <dcterms:created xsi:type="dcterms:W3CDTF">2026-10-05T09:19:00Z</dcterms:created>
  <dcterms:modified xsi:type="dcterms:W3CDTF">2026-10-05T09:19:00Z</dcterms:modified>
  <cp:category/>
</cp:coreProperties>
</file>